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בציונות המדינית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בהקשר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מקורות ראשוניים לנקודות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היטמעות בתרבות הרוב עד ויתור על הזהות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המודרנית מנומקת בטענות לאומיות וגזעיות ולא רק דתיות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 זכויות רשמי ממעצמה להתיישבות מוגנת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מולדת בארץ ישראל המובטח במשפט הכללי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ניהול מגעים ומשא ומתן בין מדינות ומנהיגים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פתרון זמני להצלה עד השגת המטרה הקבועה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מקור ראשוני נכתב בזמן האירועים בידי מעורב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השנה שצוינה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ביקש קודם הכרה והסכם בינלאומי ואז התיישבות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נקודת מבט תלויה במקום, בניסיון ובאינטרסים של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התבוללות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צ'רטר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דיפלומטיה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מקלט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מקור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(תיאור של חברה אידיאלית וחזון מכוון)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(שנאת יהודים מטעמים לאומיים וגזעיים)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(בית מולדת בארץ ישראל שאושר ב-1897)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(הדרך שבה אדם רואה אירוע לפי מקומו וניסיונו)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(ניהול מגעים בין מדינות ומנהיגים)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רצה הכרה והסכם בינלאומי שיבטיחו התיישבות מוגנת וחוקית, ולא התיישבות ללא הגנה משפטית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ראשוני הוא למשל יומן שהרצל עצמו כתב בזמנו, לעומת ספר שנכתב היום ומנתח את האירועים בדיעבד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אדם ראה את האירועים לפי מקומו ואינטרסים שלו, ולכן הבנה מלאה דורשת היכרות עם מספר נקודות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היטמעות בתרבות הרוב עד ויתור על הזהות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זכויות רשמי ממעצמה להתיישבות מוגנת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מולדת בארץ ישראל המובטח במשפט הכללי,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לבנות משפט אישי עם כל מושג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המושג נקודת מבט לדיון על מקורות שונים מאותה תקופה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המילים המרכזיות הקשורות לפעילותו המדינית של הרצל ולדרך שבה פעל להשגת בית לאומי ליהודים.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התבוללות?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היטמעות בתרבות הרוב עד ויתור על הזהות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דיפלומטית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אנטישמיות מודרנית לישנה?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המודרנית מנומקת בטענות לאומיות וגזעיות ולא רק דתיות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המודרנית קשורה רק 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המודרנית התרחשה רק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צ'רטר שהרצל ביקש?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זכויות רשמי ממעצמה להתיישבות מוגנת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נקבע בתוכנית בזל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צבא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מולדת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כל היהודים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דיפלומטיה?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ניהול מגעים ומשא ומתן בין מדינות ומנהיגים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התכוון הרצל במונח מקלט 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פתרון קבוע ומושלם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פתרון זמני להצלה עד השגת המטרה הקבועה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מלון לתיירים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אוטופיה היא תיאור של חברה אידיאלית וחזון מכוון מעשים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הוא טקסט שנכתב שנים רבות אחרי האירועים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בזל אושרה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גישת הרצל הייתה להתיישב קודם ורק אחר כך להשיג הכרה בינלאומית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מה שדמות או דור מותירים לדורות הבאים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זהה אצל כל האנשים שחוו אותו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היטמעות בתרבות הרוב עד ויתור על הזהות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קיווה לקבל __________ ממעצמה שיאפשר התיישבות מוגנת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ניהול מגעים ומשא ומתן בין מדינות ומנהיגים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כינוי לפתרון זמני להצלה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שדמות מותירה לדורות הבאים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טקסט שנכתב בזמן האירועים בידי מעורב בהם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מולדת בארץ ישראל שאושר ב-1897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הדרך שבה אדם רואה אירוע לפי מקומו וניסיונו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שנאת יהודים מטעמים לאומיים וגזעיים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ניהול מגעים בין מדינות ומנהיגים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של חברה אידיאלית וחזון מכוון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הרצל ביקש קודם צ'רטר ולא פשוט עודד התיישבות מיידית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להבדל בין מקור ראשוני לבין תיאור היסטורי שנכתב היום על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להכיר כמה נקודות מבט שונות כשחוקרים אירוע היסטורי כמו פעילות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התבוללות?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ביקש הרצל במונח צ'רטר?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נקבע בתוכנית בזל?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הרצל והציונות המדינית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